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1A82" w14:textId="77777777" w:rsidR="00FB11F3" w:rsidRPr="00047DDD" w:rsidRDefault="009E6168" w:rsidP="00CC6874">
      <w:pPr>
        <w:adjustRightInd w:val="0"/>
        <w:snapToGrid w:val="0"/>
        <w:spacing w:after="0" w:line="240" w:lineRule="auto"/>
        <w:jc w:val="right"/>
        <w:rPr>
          <w:rFonts w:ascii="Times New Roman" w:hAnsi="Times New Roman" w:cs="Times New Roman"/>
          <w:sz w:val="26"/>
          <w:szCs w:val="26"/>
          <w:lang w:val="ru-RU"/>
        </w:rPr>
      </w:pPr>
      <w:r w:rsidRPr="00047DDD">
        <w:rPr>
          <w:rFonts w:ascii="Times New Roman" w:hAnsi="Times New Roman" w:cs="Times New Roman"/>
          <w:sz w:val="26"/>
          <w:szCs w:val="26"/>
          <w:lang w:val="ru-RU"/>
        </w:rPr>
        <w:t>В Прокуратуру _______________________ области/края</w:t>
      </w:r>
      <w:r w:rsidRPr="00047DDD">
        <w:rPr>
          <w:rFonts w:ascii="Times New Roman" w:hAnsi="Times New Roman" w:cs="Times New Roman"/>
          <w:sz w:val="26"/>
          <w:szCs w:val="26"/>
          <w:lang w:val="ru-RU"/>
        </w:rPr>
        <w:br/>
        <w:t>Адрес: __________________________________________</w:t>
      </w:r>
      <w:r w:rsidRPr="00047DDD">
        <w:rPr>
          <w:rFonts w:ascii="Times New Roman" w:hAnsi="Times New Roman" w:cs="Times New Roman"/>
          <w:sz w:val="26"/>
          <w:szCs w:val="26"/>
          <w:lang w:val="ru-RU"/>
        </w:rPr>
        <w:br/>
      </w:r>
      <w:r w:rsidRPr="00047DDD">
        <w:rPr>
          <w:rFonts w:ascii="Times New Roman" w:hAnsi="Times New Roman" w:cs="Times New Roman"/>
          <w:sz w:val="26"/>
          <w:szCs w:val="26"/>
          <w:lang w:val="ru-RU"/>
        </w:rPr>
        <w:br/>
        <w:t>В Министерство транспорта ________________________</w:t>
      </w:r>
      <w:r w:rsidRPr="00047DDD">
        <w:rPr>
          <w:rFonts w:ascii="Times New Roman" w:hAnsi="Times New Roman" w:cs="Times New Roman"/>
          <w:sz w:val="26"/>
          <w:szCs w:val="26"/>
          <w:lang w:val="ru-RU"/>
        </w:rPr>
        <w:br/>
        <w:t>Адрес: __________________________________________</w:t>
      </w:r>
      <w:r w:rsidRPr="00047DDD">
        <w:rPr>
          <w:rFonts w:ascii="Times New Roman" w:hAnsi="Times New Roman" w:cs="Times New Roman"/>
          <w:sz w:val="26"/>
          <w:szCs w:val="26"/>
          <w:lang w:val="ru-RU"/>
        </w:rPr>
        <w:br/>
      </w:r>
      <w:r w:rsidRPr="00047DDD">
        <w:rPr>
          <w:rFonts w:ascii="Times New Roman" w:hAnsi="Times New Roman" w:cs="Times New Roman"/>
          <w:sz w:val="26"/>
          <w:szCs w:val="26"/>
          <w:lang w:val="ru-RU"/>
        </w:rPr>
        <w:br/>
      </w:r>
      <w:r w:rsidRPr="00047DDD">
        <w:rPr>
          <w:rFonts w:ascii="Times New Roman" w:hAnsi="Times New Roman" w:cs="Times New Roman"/>
          <w:sz w:val="26"/>
          <w:szCs w:val="26"/>
          <w:lang w:val="ru-RU"/>
        </w:rPr>
        <w:t>От жителей сёл: __________________________________</w:t>
      </w:r>
      <w:r w:rsidRPr="00047DDD">
        <w:rPr>
          <w:rFonts w:ascii="Times New Roman" w:hAnsi="Times New Roman" w:cs="Times New Roman"/>
          <w:sz w:val="26"/>
          <w:szCs w:val="26"/>
          <w:lang w:val="ru-RU"/>
        </w:rPr>
        <w:br/>
        <w:t>Ответственный представитель: ______________________</w:t>
      </w:r>
      <w:r w:rsidRPr="00047DDD">
        <w:rPr>
          <w:rFonts w:ascii="Times New Roman" w:hAnsi="Times New Roman" w:cs="Times New Roman"/>
          <w:sz w:val="26"/>
          <w:szCs w:val="26"/>
          <w:lang w:val="ru-RU"/>
        </w:rPr>
        <w:br/>
        <w:t>Адрес для ответа: _________________________________</w:t>
      </w:r>
      <w:r w:rsidRPr="00047DDD">
        <w:rPr>
          <w:rFonts w:ascii="Times New Roman" w:hAnsi="Times New Roman" w:cs="Times New Roman"/>
          <w:sz w:val="26"/>
          <w:szCs w:val="26"/>
          <w:lang w:val="ru-RU"/>
        </w:rPr>
        <w:br/>
        <w:t>Телефон: _________________________________________</w:t>
      </w:r>
      <w:r w:rsidRPr="00047DDD">
        <w:rPr>
          <w:rFonts w:ascii="Times New Roman" w:hAnsi="Times New Roman" w:cs="Times New Roman"/>
          <w:sz w:val="26"/>
          <w:szCs w:val="26"/>
          <w:lang w:val="ru-RU"/>
        </w:rPr>
        <w:br/>
      </w:r>
    </w:p>
    <w:p w14:paraId="0DAC6EE1" w14:textId="77777777" w:rsidR="00CC6874" w:rsidRPr="00047DDD" w:rsidRDefault="009E6168" w:rsidP="00CC6874">
      <w:pPr>
        <w:adjustRightInd w:val="0"/>
        <w:snapToGrid w:val="0"/>
        <w:spacing w:after="0" w:line="240" w:lineRule="auto"/>
        <w:jc w:val="center"/>
        <w:rPr>
          <w:rFonts w:ascii="Times New Roman" w:hAnsi="Times New Roman" w:cs="Times New Roman"/>
          <w:b/>
          <w:sz w:val="26"/>
          <w:szCs w:val="26"/>
          <w:lang w:val="ru-RU"/>
        </w:rPr>
      </w:pPr>
      <w:r w:rsidRPr="00047DDD">
        <w:rPr>
          <w:rFonts w:ascii="Times New Roman" w:hAnsi="Times New Roman" w:cs="Times New Roman"/>
          <w:b/>
          <w:sz w:val="26"/>
          <w:szCs w:val="26"/>
          <w:lang w:val="ru-RU"/>
        </w:rPr>
        <w:t>КОЛЛЕКТИВНОЕ ОБРАЩЕНИЕ (ЖАЛОБА)</w:t>
      </w:r>
    </w:p>
    <w:p w14:paraId="353CCD23" w14:textId="17C8CEA6" w:rsidR="00FB11F3" w:rsidRPr="00047DDD" w:rsidRDefault="009E6168" w:rsidP="00047DDD">
      <w:pPr>
        <w:adjustRightInd w:val="0"/>
        <w:snapToGrid w:val="0"/>
        <w:spacing w:after="120" w:line="240" w:lineRule="auto"/>
        <w:jc w:val="center"/>
        <w:rPr>
          <w:rFonts w:ascii="Times New Roman" w:hAnsi="Times New Roman" w:cs="Times New Roman"/>
          <w:sz w:val="26"/>
          <w:szCs w:val="26"/>
          <w:lang w:val="ru-RU"/>
        </w:rPr>
      </w:pPr>
      <w:r w:rsidRPr="00047DDD">
        <w:rPr>
          <w:rFonts w:ascii="Times New Roman" w:hAnsi="Times New Roman" w:cs="Times New Roman"/>
          <w:b/>
          <w:sz w:val="26"/>
          <w:szCs w:val="26"/>
          <w:lang w:val="ru-RU"/>
        </w:rPr>
        <w:t>о неудовлетворительном состоянии автомобильной дороги</w:t>
      </w:r>
    </w:p>
    <w:p w14:paraId="5E150E35" w14:textId="77777777" w:rsidR="00CC6874" w:rsidRPr="00047DDD" w:rsidRDefault="009E6168" w:rsidP="00047DDD">
      <w:pPr>
        <w:adjustRightInd w:val="0"/>
        <w:snapToGrid w:val="0"/>
        <w:spacing w:after="120" w:line="240" w:lineRule="auto"/>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Мы, жители вышеуказанных населенных пунктов, обращаемся к вам в связи с критической ситуацией, сложившейся вокруг автомобильной дороги регионального (межмуниципального) значения между сёлами ____________________ и ____________________. Протяженность данного грунтового участка составляет 50 км.</w:t>
      </w:r>
    </w:p>
    <w:p w14:paraId="0C0B4C14" w14:textId="669E32F0" w:rsidR="00CC6874" w:rsidRPr="00047DDD" w:rsidRDefault="009E6168" w:rsidP="00047DDD">
      <w:pPr>
        <w:adjustRightInd w:val="0"/>
        <w:snapToGrid w:val="0"/>
        <w:spacing w:after="120" w:line="240" w:lineRule="auto"/>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В настоящее время указанная дорога находится в полностью разрушенном, аварийном состоянии. Причиной стремительного разрушения дорожного полотна стало интенсивное движение тяжеловесной строительной техники (большегрузов), осуществляющей доставку материалов на объект строительства зданий для военнослужащих (ФСБ). Грунтовое покрытие не рассчитано на подобные нагрузки и полностью пришло в негодность.</w:t>
      </w:r>
    </w:p>
    <w:p w14:paraId="78967E5E" w14:textId="2872581C" w:rsidR="00FB11F3" w:rsidRPr="00047DDD" w:rsidRDefault="009E6168" w:rsidP="00047DDD">
      <w:pPr>
        <w:adjustRightInd w:val="0"/>
        <w:snapToGrid w:val="0"/>
        <w:spacing w:after="120" w:line="240" w:lineRule="auto"/>
        <w:jc w:val="both"/>
        <w:rPr>
          <w:rFonts w:ascii="Times New Roman" w:hAnsi="Times New Roman" w:cs="Times New Roman"/>
          <w:sz w:val="26"/>
          <w:szCs w:val="26"/>
        </w:rPr>
      </w:pPr>
      <w:r w:rsidRPr="00047DDD">
        <w:rPr>
          <w:rFonts w:ascii="Times New Roman" w:hAnsi="Times New Roman" w:cs="Times New Roman"/>
          <w:sz w:val="26"/>
          <w:szCs w:val="26"/>
          <w:lang w:val="ru-RU"/>
        </w:rPr>
        <w:t xml:space="preserve">В сухую погоду проезд легкового транспорта затруднен, а после любых осадков становится абсолютно невозможным. </w:t>
      </w:r>
      <w:r w:rsidRPr="00047DDD">
        <w:rPr>
          <w:rFonts w:ascii="Times New Roman" w:hAnsi="Times New Roman" w:cs="Times New Roman"/>
          <w:sz w:val="26"/>
          <w:szCs w:val="26"/>
        </w:rPr>
        <w:t xml:space="preserve">В </w:t>
      </w:r>
      <w:proofErr w:type="spellStart"/>
      <w:r w:rsidRPr="00047DDD">
        <w:rPr>
          <w:rFonts w:ascii="Times New Roman" w:hAnsi="Times New Roman" w:cs="Times New Roman"/>
          <w:sz w:val="26"/>
          <w:szCs w:val="26"/>
        </w:rPr>
        <w:t>результате</w:t>
      </w:r>
      <w:proofErr w:type="spellEnd"/>
      <w:r w:rsidRPr="00047DDD">
        <w:rPr>
          <w:rFonts w:ascii="Times New Roman" w:hAnsi="Times New Roman" w:cs="Times New Roman"/>
          <w:sz w:val="26"/>
          <w:szCs w:val="26"/>
        </w:rPr>
        <w:t xml:space="preserve"> </w:t>
      </w:r>
      <w:proofErr w:type="spellStart"/>
      <w:r w:rsidRPr="00047DDD">
        <w:rPr>
          <w:rFonts w:ascii="Times New Roman" w:hAnsi="Times New Roman" w:cs="Times New Roman"/>
          <w:sz w:val="26"/>
          <w:szCs w:val="26"/>
        </w:rPr>
        <w:t>дорожной</w:t>
      </w:r>
      <w:proofErr w:type="spellEnd"/>
      <w:r w:rsidRPr="00047DDD">
        <w:rPr>
          <w:rFonts w:ascii="Times New Roman" w:hAnsi="Times New Roman" w:cs="Times New Roman"/>
          <w:sz w:val="26"/>
          <w:szCs w:val="26"/>
        </w:rPr>
        <w:t xml:space="preserve"> </w:t>
      </w:r>
      <w:proofErr w:type="spellStart"/>
      <w:r w:rsidRPr="00047DDD">
        <w:rPr>
          <w:rFonts w:ascii="Times New Roman" w:hAnsi="Times New Roman" w:cs="Times New Roman"/>
          <w:sz w:val="26"/>
          <w:szCs w:val="26"/>
        </w:rPr>
        <w:t>блокады</w:t>
      </w:r>
      <w:proofErr w:type="spellEnd"/>
      <w:r w:rsidRPr="00047DDD">
        <w:rPr>
          <w:rFonts w:ascii="Times New Roman" w:hAnsi="Times New Roman" w:cs="Times New Roman"/>
          <w:sz w:val="26"/>
          <w:szCs w:val="26"/>
        </w:rPr>
        <w:t xml:space="preserve"> нарушены </w:t>
      </w:r>
      <w:proofErr w:type="spellStart"/>
      <w:r w:rsidRPr="00047DDD">
        <w:rPr>
          <w:rFonts w:ascii="Times New Roman" w:hAnsi="Times New Roman" w:cs="Times New Roman"/>
          <w:sz w:val="26"/>
          <w:szCs w:val="26"/>
        </w:rPr>
        <w:t>базовые</w:t>
      </w:r>
      <w:proofErr w:type="spellEnd"/>
      <w:r w:rsidRPr="00047DDD">
        <w:rPr>
          <w:rFonts w:ascii="Times New Roman" w:hAnsi="Times New Roman" w:cs="Times New Roman"/>
          <w:sz w:val="26"/>
          <w:szCs w:val="26"/>
        </w:rPr>
        <w:t xml:space="preserve"> </w:t>
      </w:r>
      <w:proofErr w:type="spellStart"/>
      <w:r w:rsidRPr="00047DDD">
        <w:rPr>
          <w:rFonts w:ascii="Times New Roman" w:hAnsi="Times New Roman" w:cs="Times New Roman"/>
          <w:sz w:val="26"/>
          <w:szCs w:val="26"/>
        </w:rPr>
        <w:t>конституционные</w:t>
      </w:r>
      <w:proofErr w:type="spellEnd"/>
      <w:r w:rsidRPr="00047DDD">
        <w:rPr>
          <w:rFonts w:ascii="Times New Roman" w:hAnsi="Times New Roman" w:cs="Times New Roman"/>
          <w:sz w:val="26"/>
          <w:szCs w:val="26"/>
        </w:rPr>
        <w:t xml:space="preserve"> </w:t>
      </w:r>
      <w:proofErr w:type="spellStart"/>
      <w:r w:rsidRPr="00047DDD">
        <w:rPr>
          <w:rFonts w:ascii="Times New Roman" w:hAnsi="Times New Roman" w:cs="Times New Roman"/>
          <w:sz w:val="26"/>
          <w:szCs w:val="26"/>
        </w:rPr>
        <w:t>права</w:t>
      </w:r>
      <w:proofErr w:type="spellEnd"/>
      <w:r w:rsidRPr="00047DDD">
        <w:rPr>
          <w:rFonts w:ascii="Times New Roman" w:hAnsi="Times New Roman" w:cs="Times New Roman"/>
          <w:sz w:val="26"/>
          <w:szCs w:val="26"/>
        </w:rPr>
        <w:t xml:space="preserve"> </w:t>
      </w:r>
      <w:proofErr w:type="spellStart"/>
      <w:r w:rsidRPr="00047DDD">
        <w:rPr>
          <w:rFonts w:ascii="Times New Roman" w:hAnsi="Times New Roman" w:cs="Times New Roman"/>
          <w:sz w:val="26"/>
          <w:szCs w:val="26"/>
        </w:rPr>
        <w:t>граждан</w:t>
      </w:r>
      <w:proofErr w:type="spellEnd"/>
      <w:r w:rsidRPr="00047DDD">
        <w:rPr>
          <w:rFonts w:ascii="Times New Roman" w:hAnsi="Times New Roman" w:cs="Times New Roman"/>
          <w:sz w:val="26"/>
          <w:szCs w:val="26"/>
        </w:rPr>
        <w:t>:</w:t>
      </w:r>
    </w:p>
    <w:p w14:paraId="407AE75E" w14:textId="77777777" w:rsidR="00FB11F3" w:rsidRPr="00047DDD" w:rsidRDefault="009E6168" w:rsidP="00047DDD">
      <w:pPr>
        <w:pStyle w:val="a0"/>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Медицинское обеспечение: в селе отсутствует больница, население состоит преимущественно из лиц пожилого возраста. Из-за состояния дороги автомобили скорой медицинской помощи не могут проехать на вызовы, что создает прямую угрозу жизни людей.</w:t>
      </w:r>
    </w:p>
    <w:p w14:paraId="460AC782" w14:textId="77777777" w:rsidR="00FB11F3" w:rsidRPr="00047DDD" w:rsidRDefault="009E6168" w:rsidP="00047DDD">
      <w:pPr>
        <w:pStyle w:val="a0"/>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Образование детей: с 1 сентября 2026 года запланирован подвоз учащихся (школьников) из соседнего села на расстояние 30 км. При текущем состоянии дороги организация безопасного маршрута школьного автобуса невозможна, что срывает учебный процесс и нарушает ст. 43 Конституции РФ.</w:t>
      </w:r>
    </w:p>
    <w:p w14:paraId="26948F35" w14:textId="77777777" w:rsidR="00FB11F3" w:rsidRPr="00047DDD" w:rsidRDefault="009E6168" w:rsidP="00047DDD">
      <w:pPr>
        <w:pStyle w:val="a0"/>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Социальное обслуживание: в села не могут проехать службы ЖКХ (мусоровозы), такси и другие экстренные и коммунальные службы.</w:t>
      </w:r>
    </w:p>
    <w:p w14:paraId="2C46BAF3" w14:textId="267A409D" w:rsidR="00FB11F3" w:rsidRPr="00047DDD" w:rsidRDefault="009E6168" w:rsidP="00047DDD">
      <w:pPr>
        <w:adjustRightInd w:val="0"/>
        <w:snapToGrid w:val="0"/>
        <w:spacing w:after="120" w:line="240" w:lineRule="auto"/>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В соответствии со ст. 12 ФЗ № 196-ФЗ «О безопасности дорожного движения», обязанность по поддержанию дорог в безопасном состоянии возложена на органы исполнительной власти и уполномоченные организации. На основании изложенного, руководствуясь ФЗ № 59-ФЗ «О порядке рассмотрения обращений граждан РФ»,</w:t>
      </w:r>
    </w:p>
    <w:p w14:paraId="307EB5D3" w14:textId="77777777" w:rsidR="00FB11F3" w:rsidRPr="00047DDD" w:rsidRDefault="009E6168" w:rsidP="00047DDD">
      <w:pPr>
        <w:adjustRightInd w:val="0"/>
        <w:snapToGrid w:val="0"/>
        <w:spacing w:after="120" w:line="240" w:lineRule="auto"/>
        <w:jc w:val="center"/>
        <w:rPr>
          <w:rFonts w:ascii="Times New Roman" w:hAnsi="Times New Roman" w:cs="Times New Roman"/>
          <w:sz w:val="26"/>
          <w:szCs w:val="26"/>
        </w:rPr>
      </w:pPr>
      <w:r w:rsidRPr="00047DDD">
        <w:rPr>
          <w:rFonts w:ascii="Times New Roman" w:hAnsi="Times New Roman" w:cs="Times New Roman"/>
          <w:b/>
          <w:sz w:val="26"/>
          <w:szCs w:val="26"/>
        </w:rPr>
        <w:t>ПРОСИМ:</w:t>
      </w:r>
    </w:p>
    <w:p w14:paraId="08122650" w14:textId="77777777" w:rsidR="00FB11F3" w:rsidRPr="00047DDD" w:rsidRDefault="009E6168" w:rsidP="00047DDD">
      <w:pPr>
        <w:pStyle w:val="a"/>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Провести выездную проверку состояния автомобильной дороги между сёлами ____________________ и ____________________.</w:t>
      </w:r>
    </w:p>
    <w:p w14:paraId="3B54898E" w14:textId="77777777" w:rsidR="00FB11F3" w:rsidRPr="00047DDD" w:rsidRDefault="009E6168" w:rsidP="00047DDD">
      <w:pPr>
        <w:pStyle w:val="a"/>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Принять меры прокурорского реагирования и обязать собственника дороги незамедлительно провести ремонтные работы для обеспечения безопасного проезда.</w:t>
      </w:r>
    </w:p>
    <w:p w14:paraId="352DD2CB" w14:textId="77777777" w:rsidR="00FB11F3" w:rsidRPr="00047DDD" w:rsidRDefault="009E6168" w:rsidP="00047DDD">
      <w:pPr>
        <w:pStyle w:val="a"/>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lastRenderedPageBreak/>
        <w:t>Обязать застройщика военного объекта восстановить разрушенные тяжелой техникой участки дорожного полотна.</w:t>
      </w:r>
    </w:p>
    <w:p w14:paraId="39FC9727" w14:textId="77777777" w:rsidR="00FB11F3" w:rsidRPr="00047DDD" w:rsidRDefault="009E6168" w:rsidP="00047DDD">
      <w:pPr>
        <w:pStyle w:val="a"/>
        <w:adjustRightInd w:val="0"/>
        <w:snapToGrid w:val="0"/>
        <w:spacing w:after="120" w:line="240" w:lineRule="auto"/>
        <w:contextualSpacing w:val="0"/>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Обеспечить беспрепятственный и безопасный проезд для школьного автобуса к 1 сентября 2026 года.</w:t>
      </w:r>
    </w:p>
    <w:p w14:paraId="735E0228" w14:textId="0DFDB2A9" w:rsidR="00CC6874" w:rsidRPr="00047DDD" w:rsidRDefault="009E6168" w:rsidP="00CC6874">
      <w:pPr>
        <w:adjustRightInd w:val="0"/>
        <w:snapToGrid w:val="0"/>
        <w:spacing w:after="0" w:line="240" w:lineRule="auto"/>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Приложение: Подписи жителей сел на ____ листах.</w:t>
      </w:r>
    </w:p>
    <w:p w14:paraId="36CD2689" w14:textId="77777777" w:rsidR="00953C8C" w:rsidRDefault="00953C8C" w:rsidP="00CC6874">
      <w:pPr>
        <w:adjustRightInd w:val="0"/>
        <w:snapToGrid w:val="0"/>
        <w:spacing w:after="0" w:line="240" w:lineRule="auto"/>
        <w:jc w:val="both"/>
        <w:rPr>
          <w:rFonts w:ascii="Times New Roman" w:hAnsi="Times New Roman" w:cs="Times New Roman"/>
          <w:sz w:val="26"/>
          <w:szCs w:val="26"/>
          <w:lang w:val="ru-RU"/>
        </w:rPr>
      </w:pPr>
    </w:p>
    <w:p w14:paraId="3AF7A19B" w14:textId="58BBC6F9" w:rsidR="00CC6874" w:rsidRPr="00047DDD" w:rsidRDefault="009E6168" w:rsidP="00CC6874">
      <w:pPr>
        <w:adjustRightInd w:val="0"/>
        <w:snapToGrid w:val="0"/>
        <w:spacing w:after="0" w:line="240" w:lineRule="auto"/>
        <w:jc w:val="both"/>
        <w:rPr>
          <w:rFonts w:ascii="Times New Roman" w:hAnsi="Times New Roman" w:cs="Times New Roman"/>
          <w:sz w:val="26"/>
          <w:szCs w:val="26"/>
          <w:lang w:val="ru-RU"/>
        </w:rPr>
      </w:pPr>
      <w:r w:rsidRPr="00047DDD">
        <w:rPr>
          <w:rFonts w:ascii="Times New Roman" w:hAnsi="Times New Roman" w:cs="Times New Roman"/>
          <w:sz w:val="26"/>
          <w:szCs w:val="26"/>
          <w:lang w:val="ru-RU"/>
        </w:rPr>
        <w:t>Дата: «____» ____________ 2026 г.                 Подпись представителя: _______________</w:t>
      </w:r>
    </w:p>
    <w:sectPr w:rsidR="00CC6874" w:rsidRPr="00047DDD" w:rsidSect="00CC6874">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29521554">
    <w:abstractNumId w:val="8"/>
  </w:num>
  <w:num w:numId="2" w16cid:durableId="701518045">
    <w:abstractNumId w:val="6"/>
  </w:num>
  <w:num w:numId="3" w16cid:durableId="874853014">
    <w:abstractNumId w:val="5"/>
  </w:num>
  <w:num w:numId="4" w16cid:durableId="2054889171">
    <w:abstractNumId w:val="4"/>
  </w:num>
  <w:num w:numId="5" w16cid:durableId="273175138">
    <w:abstractNumId w:val="7"/>
  </w:num>
  <w:num w:numId="6" w16cid:durableId="1517772116">
    <w:abstractNumId w:val="3"/>
  </w:num>
  <w:num w:numId="7" w16cid:durableId="711880991">
    <w:abstractNumId w:val="2"/>
  </w:num>
  <w:num w:numId="8" w16cid:durableId="426462870">
    <w:abstractNumId w:val="1"/>
  </w:num>
  <w:num w:numId="9" w16cid:durableId="101037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DDD"/>
    <w:rsid w:val="0006063C"/>
    <w:rsid w:val="0015074B"/>
    <w:rsid w:val="0029639D"/>
    <w:rsid w:val="00326F90"/>
    <w:rsid w:val="00953C8C"/>
    <w:rsid w:val="009E6168"/>
    <w:rsid w:val="00AA1D8D"/>
    <w:rsid w:val="00B47730"/>
    <w:rsid w:val="00CB0664"/>
    <w:rsid w:val="00CC6874"/>
    <w:rsid w:val="00D360D2"/>
    <w:rsid w:val="00E06D71"/>
    <w:rsid w:val="00EF2494"/>
    <w:rsid w:val="00FB11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EB2078"/>
  <w14:defaultImageDpi w14:val="300"/>
  <w15:docId w15:val="{D1AE1D8F-645A-4026-A1EB-B126C00C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P9021</cp:lastModifiedBy>
  <cp:revision>2</cp:revision>
  <dcterms:created xsi:type="dcterms:W3CDTF">2026-08-24T05:41:00Z</dcterms:created>
  <dcterms:modified xsi:type="dcterms:W3CDTF">2026-08-24T05:41:00Z</dcterms:modified>
  <cp:category/>
</cp:coreProperties>
</file>